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п. 54 ППР 1479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6786"/>
        <w:gridCol w:w="6786"/>
      </w:tblGrid>
      <w:tr>
        <w:tc>
          <w:tcPr>
            <w:tcW w:type="dxa" w:w="6786"/>
          </w:tcPr>
          <w:p>
            <w:r/>
          </w:p>
        </w:tc>
        <w:tc>
          <w:tcPr>
            <w:tcW w:type="dxa" w:w="67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Журнал эксплуатации систем противопожарной защиты</w:t>
      </w:r>
    </w:p>
    <w:p>
      <w:pPr>
        <w:jc w:val="center"/>
      </w:pPr>
      <w:r>
        <w:rPr>
          <w:b w:val="0"/>
          <w:sz w:val="22"/>
        </w:rPr>
        <w:t>Форма журнала (образец)</w:t>
      </w:r>
    </w:p>
    <w:p>
      <w:pPr>
        <w:ind w:firstLine="567"/>
        <w:jc w:val="both"/>
      </w:pPr>
      <w:r>
        <w:t>[Наименование организации]</w:t>
      </w:r>
    </w:p>
    <w:p>
      <w:pPr>
        <w:ind w:firstLine="567"/>
        <w:jc w:val="both"/>
      </w:pPr>
      <w:r>
        <w:t>[Адрес объекта]</w:t>
      </w:r>
    </w:p>
    <w:p>
      <w:pPr>
        <w:ind w:firstLine="567"/>
        <w:jc w:val="both"/>
      </w:pPr>
      <w:r>
        <w:t>Начат: [дата]     Окончен: [дата]</w:t>
      </w:r>
    </w:p>
    <w:p>
      <w:pPr>
        <w:ind w:firstLine="567"/>
        <w:jc w:val="both"/>
      </w:pPr>
      <w:r>
        <w:t>Ответственный за ведение журнала: [должность, ФИО]</w:t>
      </w:r>
    </w:p>
    <w:p>
      <w:pPr>
        <w:ind w:firstLine="567"/>
        <w:jc w:val="both"/>
      </w:pPr>
      <w:r>
        <w:t>Журнал пронумерован, прошнурован и скреплен печатью: [количество] листов</w:t>
      </w:r>
    </w:p>
    <w:p>
      <w:pPr>
        <w:ind w:firstLine="567"/>
        <w:jc w:val="both"/>
      </w:pPr>
      <w:r>
        <w:t>Журнал ведется в соответствии с пунктом 54 ППР 1479.</w:t>
      </w:r>
    </w:p>
    <w:p>
      <w:pPr>
        <w:spacing w:before="200"/>
      </w:pPr>
      <w:r>
        <w:rPr>
          <w:b/>
          <w:color w:val="186872"/>
          <w:sz w:val="24"/>
        </w:rPr>
        <w:t>1. Перечень систем противопожарной защиты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93"/>
        <w:gridCol w:w="3393"/>
        <w:gridCol w:w="3393"/>
        <w:gridCol w:w="3393"/>
      </w:tblGrid>
      <w:tr>
        <w:tc>
          <w:tcPr>
            <w:tcW w:type="dxa" w:w="3393"/>
          </w:tcPr>
          <w:p>
            <w:r/>
            <w:r>
              <w:rPr>
                <w:b/>
                <w:sz w:val="20"/>
              </w:rPr>
              <w:t>Система противопожарной защиты</w:t>
            </w:r>
          </w:p>
        </w:tc>
        <w:tc>
          <w:tcPr>
            <w:tcW w:type="dxa" w:w="3393"/>
          </w:tcPr>
          <w:p>
            <w:r/>
            <w:r>
              <w:rPr>
                <w:b/>
                <w:sz w:val="20"/>
              </w:rPr>
              <w:t>Год ввода в эксплуатацию</w:t>
            </w:r>
          </w:p>
        </w:tc>
        <w:tc>
          <w:tcPr>
            <w:tcW w:type="dxa" w:w="3393"/>
          </w:tcPr>
          <w:p>
            <w:r/>
            <w:r>
              <w:rPr>
                <w:b/>
                <w:sz w:val="20"/>
              </w:rPr>
              <w:t>Обслуживающая организация</w:t>
            </w:r>
          </w:p>
        </w:tc>
        <w:tc>
          <w:tcPr>
            <w:tcW w:type="dxa" w:w="3393"/>
          </w:tcPr>
          <w:p>
            <w:r/>
            <w:r>
              <w:rPr>
                <w:b/>
                <w:sz w:val="20"/>
              </w:rPr>
              <w:t>Договор (номер, дата)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  <w:tr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  <w:tc>
          <w:tcPr>
            <w:tcW w:type="dxa" w:w="3393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2. Регламентные работы по техническому обслуживанию и планово-предупредительному ремонту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2"/>
        <w:gridCol w:w="2262"/>
        <w:gridCol w:w="2262"/>
        <w:gridCol w:w="2262"/>
        <w:gridCol w:w="2262"/>
        <w:gridCol w:w="2262"/>
      </w:tblGrid>
      <w:tr>
        <w:tc>
          <w:tcPr>
            <w:tcW w:type="dxa" w:w="2262"/>
          </w:tcPr>
          <w:p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Система противопожарной защиты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Вид работ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Результат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Исполнитель (ФИО, должность)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Подпись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3. Проверки работоспособности систем противопожарной защиты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2"/>
        <w:gridCol w:w="2262"/>
        <w:gridCol w:w="2262"/>
        <w:gridCol w:w="2262"/>
        <w:gridCol w:w="2262"/>
        <w:gridCol w:w="2262"/>
      </w:tblGrid>
      <w:tr>
        <w:tc>
          <w:tcPr>
            <w:tcW w:type="dxa" w:w="2262"/>
          </w:tcPr>
          <w:p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Система противопожарной защиты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Вид проверки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Результат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Исполнитель (ФИО, должность)</w:t>
            </w:r>
          </w:p>
        </w:tc>
        <w:tc>
          <w:tcPr>
            <w:tcW w:type="dxa" w:w="2262"/>
          </w:tcPr>
          <w:p>
            <w:r/>
            <w:r>
              <w:rPr>
                <w:b/>
                <w:sz w:val="18"/>
              </w:rPr>
              <w:t>Подпись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  <w:tr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  <w:tc>
          <w:tcPr>
            <w:tcW w:type="dxa" w:w="2262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4. Неисправности и их устранение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9"/>
        <w:gridCol w:w="1939"/>
        <w:gridCol w:w="1939"/>
        <w:gridCol w:w="1939"/>
        <w:gridCol w:w="1939"/>
        <w:gridCol w:w="1939"/>
        <w:gridCol w:w="1939"/>
      </w:tblGrid>
      <w:tr>
        <w:tc>
          <w:tcPr>
            <w:tcW w:type="dxa" w:w="1939"/>
          </w:tcPr>
          <w:p>
            <w:r/>
            <w:r>
              <w:rPr>
                <w:b/>
                <w:sz w:val="18"/>
              </w:rPr>
              <w:t>Дата обнаружения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Система противопожарной защиты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Описание неисправности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Принятые меры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Дата устранения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Исполнитель (ФИО, должность)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Подпись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</w:tbl>
    <w:p/>
    <w:p>
      <w:r>
        <w:t>Ответственный за ведение журнала  _______________  /____________________/   «__» ________ 20__ г.</w:t>
      </w:r>
    </w:p>
    <w:p>
      <w:r>
        <w:t>Руководитель организации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5840" w:h="12240" w:orient="landscape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